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מרכזון קריאה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קריאת משפטים מנוקדים מילה אחר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משפט לתמונה המתאימה 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לענות על שאלות מי? מה? איפה? על סיפור קטן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כללי הקריאה בתחנה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בקול שקט, מילה אחר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מצביעים על כל מילה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משפט ותמונה -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(ילד קופץ עם חבל בחצר)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(חתולה ישנה על כיסא)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מי? מה? איפה? - סיפור קטנטן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דני אבדיה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כדור כדורסל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מילה במשפט מנוקד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קוֹפֵץ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זוֹרֵק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הפעולות בתחנה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פותחים את המעטפה ומוציאים את הכרטיסים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קוראים בקול שקט, מילה אחר מילה, ומראים עם האצבע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מחזירים הכל למעטפה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משפט לתמונה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מצביעים על כל מילה בזמן הקריאה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דני אבדיה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קצר עם ניקוד למילה מרכזית אחת לפחות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הסיפור פעם אחת בקול ואז לתת לתלמידים לקרוא בעצמם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הצבעה עם האצבע על כל מילה כדי לחזק קריאה מדויקת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לפריט ההתאמה אפשר להוסיף תמונות אמיתיות במקום התיאור המילולי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מרכזון קריאה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קריאה בקול שקט, נתאים משפטים לתמונות, ונענה על שאלות על סיפור קטנטן, בדיוק כמו במרכזון קריאה.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קוֹפֵץ  ·  זוֹרֵק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כללי הקריאה בתחנה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איך קוראים בתחנת הקריאה?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בקול רם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בקול שקט, מילה אחר 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בלי להסתכל במילים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עושים עם האצבע בזמן הקריאה?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מצביעים על כל 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מניחים על השולחן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מסתירים את העיניים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משפט ותמונה -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הַיֶּלֶד קוֹפֵץ עַל הַחֶבֶל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חתולה ישנה על כיסא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הַחֲתוּלָה יְשֵׁנָה עַל הַכֵּסֵא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ילד קופץ עם חבל בחצר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מי? מה? איפה? - סיפור קטנטן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קראו: דני אבדיה קם בבוקר שמח. הוא שם כדור כדורסל בתיק. הוא הלך למגרש עם החברים שלו. הם שיחקו כדורסל עד הערב. מי קם בבוקר שמח?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דני שם בתיק?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השלמת מילה במשפט מנוקד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הַיֶּלֶד __________ עַל הַחֶבֶל.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דָּנִי __________ אֶת הַכַּדּוּר לַסַּל.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הפעולות בתחנה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מחזירים הכל למעטפה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פותחים את המעטפה ומוציאים את הכרטיסים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קוראים בקול שקט, מילה אחר מילה, ומראים עם האצבע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כותבים משפט לתמונה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עושים עם האצבע כשקוראים משפט?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מי היה בסיפור הקטנטן שקראנו?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מרכזון קריאה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