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מנוקדים מילה אחר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לתמונה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מי? מה? איפה? על סיפור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הקריאה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בקול שקט,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מצביעים על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עוזרים אבל לא עונים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משפט ותמונה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 קופץ עם חבל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(חתולה ישנה על כיסא)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(ילד זורק כדורסל לסל)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 יושבת ושרה על ענף)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מי? מה? איפה? - סיפור קטנטן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במשפט מנוקד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קוֹפֵץ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כֵּסֵא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זוֹרֵק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שָׁרָה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שֶׁקֶט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המעטפה ומוציאים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בקול שקט, מילה אחר מילה, ומראים עם האצבע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את התשובה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אחד עד שלוש מילים, כתיב נכון עם ניקוד למילים מרכזיות, התאמה בין המשפט לתיאור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מצביעים על כל מילה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עם ניקוד למילה מרכזית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אחת בקול ואז לתת לתלמידים לקרוא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הצבעה עם האצבע על כל מילה כדי לחזק 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ההתאמה אפשר להוסיף תמונות אמיתיות במקום התיאור המילולי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משפטים קטנים לאט לאט, נתאים משפט לתמונה, ונענה על שאלות 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מְנֻקָּד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עם סימנים שעוזרים לקרוא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ביחד עם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הַתְאָמָה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שני דברים שמתאימים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סִפּוּר קַטַנְטָן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אדם או חיה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דבר שקרה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אֵיפֹה?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על המקום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כללי הקריאה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צריך לקרוא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שקט,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להסתכל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בראש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האצבע?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 על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מניחים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מסתירים את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על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חבר עוזר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במקום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 אבל לא עונים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מדברים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בודקים את התשובה?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ברצועת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מחזירים את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לארון הספרים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משפט ותמונה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הַיֶּלֶד קוֹפֵץ עַל הַחֶבֶל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יושבת ושרה על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הַחֲתוּלָה יְשֵׁנָה עַל הַכֵּסֵא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זורק כדורסל לסל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דָּנִי זוֹרֵק אֶת הַכַּדּוּר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חתולה ישנה על כיסא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הַצִּפּוֹר שָׁרָה עַל הָעֵץ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קופץ עם חבל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מי? מה? איפה? - סיפור 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דני אבדיה קם בבוקר שמח. הוא שם כדור כדורסל בתיק. הוא הלך למגרש עם החברים שלו. הם שיחקו כדורסל עד הערב. מי קם בבוקר שמח?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דני שם בתיק?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דני הלך עם החברים?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עד מתי הם שיחקו כדורסל?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במשפט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הַיֶּלֶד __________ עַל הַחֶבֶל.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הַחֲתוּלָה יְשֵׁנָה עַל הַ__________.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דָּנִי __________ אֶת הַכַּדּוּר לַסַּל.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הַצִּפּוֹר __________ עַל הָעֵץ.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קוֹרְאִים בְּקוֹל __________, מִלָּה אַחַר מִלָּה.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המעטפה ומוציאים את הכרטיסים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בקול שקט, מילה אחר מילה, ומראים עם האצבע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התשובה ברצועת הבדיקה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ומנוקד שמתאר תמונה שאתם רואים או מדמיינים (למשל חיה, ילד או משחק), ותארו במילים גם את התמונה עצמה.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האצבע כשקוראים 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בסיפור הקטנטן שקראנו?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ומנוקד על חיה או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